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brauche ich für die Anfrage?</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Holzbau im Garten: Welches Holz für welches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pergola.de/index.html" TargetMode="External"/><Relationship Id="rId10" Type="http://schemas.openxmlformats.org/officeDocument/2006/relationships/hyperlink" Target="https://oracle.spreepergola.de/hausbau-1/holzbau-im-garten-welches-holz-f-r-welches-projekt-783b11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